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E7ECDB" w14:textId="77777777" w:rsidR="005A75EC" w:rsidRDefault="005A75EC">
      <w:pPr>
        <w:jc w:val="center"/>
        <w:rPr>
          <w:b/>
          <w:sz w:val="32"/>
        </w:rPr>
      </w:pPr>
    </w:p>
    <w:p w14:paraId="7204BEBD" w14:textId="77777777" w:rsidR="005A75EC" w:rsidRDefault="005A75EC">
      <w:pPr>
        <w:jc w:val="center"/>
        <w:rPr>
          <w:b/>
          <w:sz w:val="32"/>
        </w:rPr>
      </w:pPr>
    </w:p>
    <w:p w14:paraId="7BF1817F" w14:textId="2501257D" w:rsidR="005A75EC" w:rsidRDefault="005A75EC" w:rsidP="005A75EC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 wp14:anchorId="3B665518" wp14:editId="6F297883">
            <wp:extent cx="2173257" cy="1016000"/>
            <wp:effectExtent l="0" t="0" r="0" b="0"/>
            <wp:docPr id="512974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974703" name="Picture 512974703"/>
                    <pic:cNvPicPr/>
                  </pic:nvPicPr>
                  <pic:blipFill rotWithShape="1">
                    <a:blip r:embed="rId6"/>
                    <a:srcRect l="19784" t="16356" r="19893" b="15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671" cy="1094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227EB" w14:textId="310A8733" w:rsidR="00C2297F" w:rsidRDefault="00000000">
      <w:pPr>
        <w:jc w:val="center"/>
      </w:pPr>
      <w:r>
        <w:rPr>
          <w:b/>
          <w:sz w:val="32"/>
        </w:rPr>
        <w:t xml:space="preserve">AirCurve 11 </w:t>
      </w:r>
      <w:proofErr w:type="spellStart"/>
      <w:r>
        <w:rPr>
          <w:b/>
          <w:sz w:val="32"/>
        </w:rPr>
        <w:t>VAuto</w:t>
      </w:r>
      <w:proofErr w:type="spellEnd"/>
      <w:r>
        <w:rPr>
          <w:b/>
          <w:sz w:val="32"/>
        </w:rPr>
        <w:br/>
        <w:t>Care, Maintenance &amp; Staff Sign-Off</w:t>
      </w:r>
    </w:p>
    <w:p w14:paraId="42D24281" w14:textId="77777777" w:rsidR="00C2297F" w:rsidRDefault="00000000">
      <w:pPr>
        <w:jc w:val="center"/>
      </w:pPr>
      <w:r>
        <w:rPr>
          <w:b/>
          <w:sz w:val="20"/>
        </w:rPr>
        <w:t>Daily • Weekly • Regular Review • 6-Month Filter Replacement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09"/>
        <w:gridCol w:w="3020"/>
        <w:gridCol w:w="2607"/>
        <w:gridCol w:w="2636"/>
      </w:tblGrid>
      <w:tr w:rsidR="00C2297F" w14:paraId="02774F24" w14:textId="77777777">
        <w:trPr>
          <w:jc w:val="center"/>
        </w:trPr>
        <w:tc>
          <w:tcPr>
            <w:tcW w:w="2664" w:type="dxa"/>
          </w:tcPr>
          <w:p w14:paraId="174E2A6E" w14:textId="77777777" w:rsidR="00C2297F" w:rsidRDefault="00000000">
            <w:r>
              <w:rPr>
                <w:b/>
              </w:rPr>
              <w:t>Person receiving care:</w:t>
            </w:r>
          </w:p>
        </w:tc>
        <w:tc>
          <w:tcPr>
            <w:tcW w:w="2664" w:type="dxa"/>
          </w:tcPr>
          <w:p w14:paraId="2CBE7017" w14:textId="77777777" w:rsidR="00C2297F" w:rsidRDefault="00000000">
            <w:r>
              <w:t>____________________________</w:t>
            </w:r>
          </w:p>
        </w:tc>
        <w:tc>
          <w:tcPr>
            <w:tcW w:w="2664" w:type="dxa"/>
          </w:tcPr>
          <w:p w14:paraId="20DEE9B0" w14:textId="77777777" w:rsidR="00C2297F" w:rsidRDefault="00000000">
            <w:r>
              <w:rPr>
                <w:b/>
              </w:rPr>
              <w:t>Date of birth:</w:t>
            </w:r>
          </w:p>
        </w:tc>
        <w:tc>
          <w:tcPr>
            <w:tcW w:w="2664" w:type="dxa"/>
          </w:tcPr>
          <w:p w14:paraId="22B7DBC8" w14:textId="77777777" w:rsidR="00C2297F" w:rsidRDefault="00000000">
            <w:r>
              <w:t>________________</w:t>
            </w:r>
          </w:p>
        </w:tc>
      </w:tr>
      <w:tr w:rsidR="00C2297F" w14:paraId="495F6FEF" w14:textId="77777777">
        <w:trPr>
          <w:jc w:val="center"/>
        </w:trPr>
        <w:tc>
          <w:tcPr>
            <w:tcW w:w="2664" w:type="dxa"/>
          </w:tcPr>
          <w:p w14:paraId="3623D67F" w14:textId="77777777" w:rsidR="00C2297F" w:rsidRDefault="00000000">
            <w:r>
              <w:rPr>
                <w:b/>
              </w:rPr>
              <w:t>Staff member:</w:t>
            </w:r>
          </w:p>
        </w:tc>
        <w:tc>
          <w:tcPr>
            <w:tcW w:w="2664" w:type="dxa"/>
          </w:tcPr>
          <w:p w14:paraId="17E88562" w14:textId="77777777" w:rsidR="00C2297F" w:rsidRDefault="00000000">
            <w:r>
              <w:t>____________________________</w:t>
            </w:r>
          </w:p>
        </w:tc>
        <w:tc>
          <w:tcPr>
            <w:tcW w:w="2664" w:type="dxa"/>
          </w:tcPr>
          <w:p w14:paraId="4E51B068" w14:textId="77777777" w:rsidR="00C2297F" w:rsidRDefault="00000000">
            <w:r>
              <w:rPr>
                <w:b/>
              </w:rPr>
              <w:t>Date:</w:t>
            </w:r>
          </w:p>
        </w:tc>
        <w:tc>
          <w:tcPr>
            <w:tcW w:w="2664" w:type="dxa"/>
          </w:tcPr>
          <w:p w14:paraId="2EE95B47" w14:textId="77777777" w:rsidR="00C2297F" w:rsidRDefault="00000000">
            <w:r>
              <w:t>________________</w:t>
            </w:r>
          </w:p>
        </w:tc>
      </w:tr>
      <w:tr w:rsidR="00C2297F" w14:paraId="5D3605D0" w14:textId="77777777">
        <w:trPr>
          <w:jc w:val="center"/>
        </w:trPr>
        <w:tc>
          <w:tcPr>
            <w:tcW w:w="2664" w:type="dxa"/>
          </w:tcPr>
          <w:p w14:paraId="6D56060E" w14:textId="77777777" w:rsidR="00C2297F" w:rsidRDefault="00000000">
            <w:r>
              <w:rPr>
                <w:b/>
              </w:rPr>
              <w:t>Shift / time:</w:t>
            </w:r>
          </w:p>
        </w:tc>
        <w:tc>
          <w:tcPr>
            <w:tcW w:w="2664" w:type="dxa"/>
          </w:tcPr>
          <w:p w14:paraId="183325F3" w14:textId="77777777" w:rsidR="00C2297F" w:rsidRDefault="00000000">
            <w:r>
              <w:t>____________________________</w:t>
            </w:r>
          </w:p>
        </w:tc>
        <w:tc>
          <w:tcPr>
            <w:tcW w:w="2664" w:type="dxa"/>
          </w:tcPr>
          <w:p w14:paraId="7D438D1A" w14:textId="77777777" w:rsidR="00C2297F" w:rsidRDefault="00000000">
            <w:r>
              <w:rPr>
                <w:b/>
              </w:rPr>
              <w:t>Location / room:</w:t>
            </w:r>
          </w:p>
        </w:tc>
        <w:tc>
          <w:tcPr>
            <w:tcW w:w="2664" w:type="dxa"/>
          </w:tcPr>
          <w:p w14:paraId="238916A2" w14:textId="77777777" w:rsidR="00C2297F" w:rsidRDefault="00000000">
            <w:r>
              <w:t>________________</w:t>
            </w:r>
          </w:p>
        </w:tc>
      </w:tr>
    </w:tbl>
    <w:p w14:paraId="7C89E8E8" w14:textId="77777777" w:rsidR="00C2297F" w:rsidRDefault="00000000">
      <w:pPr>
        <w:spacing w:before="140" w:after="60"/>
      </w:pPr>
      <w:r>
        <w:rPr>
          <w:b/>
          <w:sz w:val="22"/>
        </w:rPr>
        <w:t>DAILY / BEFORE USE — ResMed care instructions + operational check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C2297F" w14:paraId="2163F475" w14:textId="77777777">
        <w:trPr>
          <w:jc w:val="center"/>
        </w:trPr>
        <w:tc>
          <w:tcPr>
            <w:tcW w:w="2664" w:type="dxa"/>
          </w:tcPr>
          <w:p w14:paraId="51B8FF25" w14:textId="77777777" w:rsidR="00C2297F" w:rsidRDefault="00000000">
            <w:r>
              <w:rPr>
                <w:b/>
              </w:rPr>
              <w:t>Check</w:t>
            </w:r>
          </w:p>
        </w:tc>
        <w:tc>
          <w:tcPr>
            <w:tcW w:w="2664" w:type="dxa"/>
          </w:tcPr>
          <w:p w14:paraId="412119D0" w14:textId="77777777" w:rsidR="00C2297F" w:rsidRDefault="00000000">
            <w:r>
              <w:rPr>
                <w:b/>
              </w:rPr>
              <w:t>Action required</w:t>
            </w:r>
          </w:p>
        </w:tc>
        <w:tc>
          <w:tcPr>
            <w:tcW w:w="2664" w:type="dxa"/>
          </w:tcPr>
          <w:p w14:paraId="2DE82591" w14:textId="77777777" w:rsidR="00C2297F" w:rsidRDefault="00000000">
            <w:r>
              <w:rPr>
                <w:b/>
              </w:rPr>
              <w:t>✓ / ✗</w:t>
            </w:r>
          </w:p>
        </w:tc>
        <w:tc>
          <w:tcPr>
            <w:tcW w:w="2664" w:type="dxa"/>
          </w:tcPr>
          <w:p w14:paraId="3DF5FFD2" w14:textId="77777777" w:rsidR="00C2297F" w:rsidRDefault="00000000">
            <w:r>
              <w:rPr>
                <w:b/>
              </w:rPr>
              <w:t>Initials / comments</w:t>
            </w:r>
          </w:p>
        </w:tc>
      </w:tr>
      <w:tr w:rsidR="00C2297F" w14:paraId="20BFD1E7" w14:textId="77777777">
        <w:trPr>
          <w:jc w:val="center"/>
        </w:trPr>
        <w:tc>
          <w:tcPr>
            <w:tcW w:w="2664" w:type="dxa"/>
            <w:vAlign w:val="center"/>
          </w:tcPr>
          <w:p w14:paraId="12A5E5D4" w14:textId="77777777" w:rsidR="00C2297F" w:rsidRDefault="00000000">
            <w:r>
              <w:t>1. Humidifier tub</w:t>
            </w:r>
          </w:p>
        </w:tc>
        <w:tc>
          <w:tcPr>
            <w:tcW w:w="2664" w:type="dxa"/>
            <w:vAlign w:val="center"/>
          </w:tcPr>
          <w:p w14:paraId="016EA7C6" w14:textId="77777777" w:rsidR="00C2297F" w:rsidRDefault="00000000">
            <w:r>
              <w:t>Empty any remaining water. Wipe thoroughly with a clean disposable cloth and allow to dry out of direct sunlight.</w:t>
            </w:r>
          </w:p>
        </w:tc>
        <w:tc>
          <w:tcPr>
            <w:tcW w:w="2664" w:type="dxa"/>
            <w:vAlign w:val="center"/>
          </w:tcPr>
          <w:p w14:paraId="0D26FB6C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2B882352" w14:textId="77777777" w:rsidR="00C2297F" w:rsidRDefault="00C2297F"/>
        </w:tc>
      </w:tr>
      <w:tr w:rsidR="00C2297F" w14:paraId="6448F082" w14:textId="77777777">
        <w:trPr>
          <w:jc w:val="center"/>
        </w:trPr>
        <w:tc>
          <w:tcPr>
            <w:tcW w:w="2664" w:type="dxa"/>
            <w:vAlign w:val="center"/>
          </w:tcPr>
          <w:p w14:paraId="79E44339" w14:textId="77777777" w:rsidR="00C2297F" w:rsidRDefault="00000000">
            <w:r>
              <w:t>2. Refill water tub</w:t>
            </w:r>
          </w:p>
        </w:tc>
        <w:tc>
          <w:tcPr>
            <w:tcW w:w="2664" w:type="dxa"/>
            <w:vAlign w:val="center"/>
          </w:tcPr>
          <w:p w14:paraId="44F3E206" w14:textId="77777777" w:rsidR="00C2297F" w:rsidRDefault="00000000">
            <w:r>
              <w:t>Refill before use with the correct water for the fitted tub. HumidAir 11 Standard: distilled water only. Do not exceed the MAX line.</w:t>
            </w:r>
          </w:p>
        </w:tc>
        <w:tc>
          <w:tcPr>
            <w:tcW w:w="2664" w:type="dxa"/>
            <w:vAlign w:val="center"/>
          </w:tcPr>
          <w:p w14:paraId="5B32C915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465920B7" w14:textId="77777777" w:rsidR="00C2297F" w:rsidRDefault="00C2297F"/>
        </w:tc>
      </w:tr>
      <w:tr w:rsidR="00C2297F" w14:paraId="120CF233" w14:textId="77777777">
        <w:trPr>
          <w:jc w:val="center"/>
        </w:trPr>
        <w:tc>
          <w:tcPr>
            <w:tcW w:w="2664" w:type="dxa"/>
            <w:vAlign w:val="center"/>
          </w:tcPr>
          <w:p w14:paraId="5D3F97DF" w14:textId="77777777" w:rsidR="00C2297F" w:rsidRDefault="00000000">
            <w:r>
              <w:t>3. Visual condition</w:t>
            </w:r>
          </w:p>
        </w:tc>
        <w:tc>
          <w:tcPr>
            <w:tcW w:w="2664" w:type="dxa"/>
            <w:vAlign w:val="center"/>
          </w:tcPr>
          <w:p w14:paraId="6BB22E62" w14:textId="77777777" w:rsidR="00C2297F" w:rsidRDefault="00000000">
            <w:r>
              <w:t>Check device, tub, tubing, mask and connections for obvious damage, contamination or deterioration.</w:t>
            </w:r>
          </w:p>
        </w:tc>
        <w:tc>
          <w:tcPr>
            <w:tcW w:w="2664" w:type="dxa"/>
            <w:vAlign w:val="center"/>
          </w:tcPr>
          <w:p w14:paraId="2DAA66C8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7D35BFD3" w14:textId="77777777" w:rsidR="00C2297F" w:rsidRDefault="00C2297F"/>
        </w:tc>
      </w:tr>
      <w:tr w:rsidR="00C2297F" w14:paraId="6320E14E" w14:textId="77777777">
        <w:trPr>
          <w:jc w:val="center"/>
        </w:trPr>
        <w:tc>
          <w:tcPr>
            <w:tcW w:w="2664" w:type="dxa"/>
            <w:vAlign w:val="center"/>
          </w:tcPr>
          <w:p w14:paraId="15B43B43" w14:textId="77777777" w:rsidR="00C2297F" w:rsidRDefault="00000000">
            <w:r>
              <w:t>4. Setup</w:t>
            </w:r>
          </w:p>
        </w:tc>
        <w:tc>
          <w:tcPr>
            <w:tcW w:w="2664" w:type="dxa"/>
            <w:vAlign w:val="center"/>
          </w:tcPr>
          <w:p w14:paraId="3E523DAD" w14:textId="77777777" w:rsidR="00C2297F" w:rsidRDefault="00000000">
            <w:r>
              <w:t>Ensure tub and tubing are correctly seated/connected and the mask vent is unobstructed.</w:t>
            </w:r>
          </w:p>
        </w:tc>
        <w:tc>
          <w:tcPr>
            <w:tcW w:w="2664" w:type="dxa"/>
            <w:vAlign w:val="center"/>
          </w:tcPr>
          <w:p w14:paraId="7414E27F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60421B5E" w14:textId="77777777" w:rsidR="00C2297F" w:rsidRDefault="00C2297F"/>
        </w:tc>
      </w:tr>
      <w:tr w:rsidR="00C2297F" w14:paraId="311EAE45" w14:textId="77777777">
        <w:trPr>
          <w:jc w:val="center"/>
        </w:trPr>
        <w:tc>
          <w:tcPr>
            <w:tcW w:w="2664" w:type="dxa"/>
            <w:vAlign w:val="center"/>
          </w:tcPr>
          <w:p w14:paraId="7F704659" w14:textId="77777777" w:rsidR="00C2297F" w:rsidRDefault="00000000">
            <w:r>
              <w:t>5. Power / start-up</w:t>
            </w:r>
          </w:p>
        </w:tc>
        <w:tc>
          <w:tcPr>
            <w:tcW w:w="2664" w:type="dxa"/>
            <w:vAlign w:val="center"/>
          </w:tcPr>
          <w:p w14:paraId="1147BC72" w14:textId="77777777" w:rsidR="00C2297F" w:rsidRDefault="00000000">
            <w:r>
              <w:t>Confirm the device powers on normally and there is no unresolved warning or fault.</w:t>
            </w:r>
          </w:p>
        </w:tc>
        <w:tc>
          <w:tcPr>
            <w:tcW w:w="2664" w:type="dxa"/>
            <w:vAlign w:val="center"/>
          </w:tcPr>
          <w:p w14:paraId="08151B7D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2CCC351F" w14:textId="77777777" w:rsidR="00C2297F" w:rsidRDefault="00C2297F"/>
        </w:tc>
      </w:tr>
      <w:tr w:rsidR="00C2297F" w14:paraId="4A387D8E" w14:textId="77777777">
        <w:trPr>
          <w:jc w:val="center"/>
        </w:trPr>
        <w:tc>
          <w:tcPr>
            <w:tcW w:w="2664" w:type="dxa"/>
            <w:vAlign w:val="center"/>
          </w:tcPr>
          <w:p w14:paraId="011055E7" w14:textId="77777777" w:rsidR="00C2297F" w:rsidRDefault="00000000">
            <w:r>
              <w:t>6. Prescribed therapy</w:t>
            </w:r>
          </w:p>
        </w:tc>
        <w:tc>
          <w:tcPr>
            <w:tcW w:w="2664" w:type="dxa"/>
            <w:vAlign w:val="center"/>
          </w:tcPr>
          <w:p w14:paraId="6ABC214F" w14:textId="77777777" w:rsidR="00C2297F" w:rsidRDefault="00000000">
            <w:r>
              <w:t>Confirm the prescribed therapy is available. Do not alter prescribed clinical settings unless authorised.</w:t>
            </w:r>
          </w:p>
        </w:tc>
        <w:tc>
          <w:tcPr>
            <w:tcW w:w="2664" w:type="dxa"/>
            <w:vAlign w:val="center"/>
          </w:tcPr>
          <w:p w14:paraId="4E56BBDA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70716B91" w14:textId="77777777" w:rsidR="00C2297F" w:rsidRDefault="00C2297F"/>
        </w:tc>
      </w:tr>
    </w:tbl>
    <w:p w14:paraId="74358F5E" w14:textId="77777777" w:rsidR="00C2297F" w:rsidRDefault="00000000">
      <w:pPr>
        <w:spacing w:before="140" w:after="60"/>
      </w:pPr>
      <w:r>
        <w:rPr>
          <w:b/>
          <w:sz w:val="22"/>
        </w:rPr>
        <w:t>WEEKLY — ResMed cleaning schedule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C2297F" w14:paraId="320867D1" w14:textId="77777777">
        <w:trPr>
          <w:jc w:val="center"/>
        </w:trPr>
        <w:tc>
          <w:tcPr>
            <w:tcW w:w="2664" w:type="dxa"/>
          </w:tcPr>
          <w:p w14:paraId="45CA00BC" w14:textId="77777777" w:rsidR="00C2297F" w:rsidRDefault="00000000">
            <w:r>
              <w:rPr>
                <w:b/>
              </w:rPr>
              <w:t>Check</w:t>
            </w:r>
          </w:p>
        </w:tc>
        <w:tc>
          <w:tcPr>
            <w:tcW w:w="2664" w:type="dxa"/>
          </w:tcPr>
          <w:p w14:paraId="718B023D" w14:textId="77777777" w:rsidR="00C2297F" w:rsidRDefault="00000000">
            <w:r>
              <w:rPr>
                <w:b/>
              </w:rPr>
              <w:t>Action required</w:t>
            </w:r>
          </w:p>
        </w:tc>
        <w:tc>
          <w:tcPr>
            <w:tcW w:w="2664" w:type="dxa"/>
          </w:tcPr>
          <w:p w14:paraId="7CE1C51C" w14:textId="77777777" w:rsidR="00C2297F" w:rsidRDefault="00000000">
            <w:r>
              <w:rPr>
                <w:b/>
              </w:rPr>
              <w:t>✓ / ✗</w:t>
            </w:r>
          </w:p>
        </w:tc>
        <w:tc>
          <w:tcPr>
            <w:tcW w:w="2664" w:type="dxa"/>
          </w:tcPr>
          <w:p w14:paraId="7C53B309" w14:textId="77777777" w:rsidR="00C2297F" w:rsidRDefault="00000000">
            <w:r>
              <w:rPr>
                <w:b/>
              </w:rPr>
              <w:t>Initials / comments</w:t>
            </w:r>
          </w:p>
        </w:tc>
      </w:tr>
      <w:tr w:rsidR="00C2297F" w14:paraId="5EFA9539" w14:textId="77777777">
        <w:trPr>
          <w:jc w:val="center"/>
        </w:trPr>
        <w:tc>
          <w:tcPr>
            <w:tcW w:w="2664" w:type="dxa"/>
            <w:vAlign w:val="center"/>
          </w:tcPr>
          <w:p w14:paraId="07838709" w14:textId="77777777" w:rsidR="00C2297F" w:rsidRDefault="00000000">
            <w:r>
              <w:t>1. Air tubing</w:t>
            </w:r>
          </w:p>
        </w:tc>
        <w:tc>
          <w:tcPr>
            <w:tcW w:w="2664" w:type="dxa"/>
            <w:vAlign w:val="center"/>
          </w:tcPr>
          <w:p w14:paraId="5BE00A08" w14:textId="77777777" w:rsidR="00C2297F" w:rsidRDefault="00000000">
            <w:r>
              <w:t>Wash in warm water using mild dishwashing liquid. Rinse thoroughly and allow to dry out of direct sunlight or heat.</w:t>
            </w:r>
          </w:p>
        </w:tc>
        <w:tc>
          <w:tcPr>
            <w:tcW w:w="2664" w:type="dxa"/>
            <w:vAlign w:val="center"/>
          </w:tcPr>
          <w:p w14:paraId="3CEDC3BA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087A82DA" w14:textId="77777777" w:rsidR="00C2297F" w:rsidRDefault="00C2297F"/>
        </w:tc>
      </w:tr>
      <w:tr w:rsidR="00C2297F" w14:paraId="4201968B" w14:textId="77777777">
        <w:trPr>
          <w:jc w:val="center"/>
        </w:trPr>
        <w:tc>
          <w:tcPr>
            <w:tcW w:w="2664" w:type="dxa"/>
            <w:vAlign w:val="center"/>
          </w:tcPr>
          <w:p w14:paraId="4E3B961B" w14:textId="77777777" w:rsidR="00C2297F" w:rsidRDefault="00000000">
            <w:r>
              <w:t>2. Humidifier tub</w:t>
            </w:r>
          </w:p>
        </w:tc>
        <w:tc>
          <w:tcPr>
            <w:tcW w:w="2664" w:type="dxa"/>
            <w:vAlign w:val="center"/>
          </w:tcPr>
          <w:p w14:paraId="5EFA60F3" w14:textId="77777777" w:rsidR="00C2297F" w:rsidRDefault="00000000">
            <w:r>
              <w:t>Wash in warm water with mild dishwashing liquid, OR use 1 part household vinegar to 9 parts water at room temperature. Rinse thoroughly and air-dry.</w:t>
            </w:r>
          </w:p>
        </w:tc>
        <w:tc>
          <w:tcPr>
            <w:tcW w:w="2664" w:type="dxa"/>
            <w:vAlign w:val="center"/>
          </w:tcPr>
          <w:p w14:paraId="46662DA2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58F17425" w14:textId="77777777" w:rsidR="00C2297F" w:rsidRDefault="00C2297F"/>
        </w:tc>
      </w:tr>
      <w:tr w:rsidR="00C2297F" w14:paraId="3F3D2F1A" w14:textId="77777777">
        <w:trPr>
          <w:jc w:val="center"/>
        </w:trPr>
        <w:tc>
          <w:tcPr>
            <w:tcW w:w="2664" w:type="dxa"/>
            <w:vAlign w:val="center"/>
          </w:tcPr>
          <w:p w14:paraId="51F929F0" w14:textId="77777777" w:rsidR="00C2297F" w:rsidRDefault="00000000">
            <w:r>
              <w:t>3. Outlet connector</w:t>
            </w:r>
          </w:p>
        </w:tc>
        <w:tc>
          <w:tcPr>
            <w:tcW w:w="2664" w:type="dxa"/>
            <w:vAlign w:val="center"/>
          </w:tcPr>
          <w:p w14:paraId="5ECAB50D" w14:textId="77777777" w:rsidR="00C2297F" w:rsidRDefault="00000000">
            <w:r>
              <w:t xml:space="preserve">Wash in warm water with mild dishwashing liquid, OR 1 part </w:t>
            </w:r>
            <w:r>
              <w:lastRenderedPageBreak/>
              <w:t>household vinegar to 9 parts water. Rinse thoroughly and air-dry.</w:t>
            </w:r>
          </w:p>
        </w:tc>
        <w:tc>
          <w:tcPr>
            <w:tcW w:w="2664" w:type="dxa"/>
            <w:vAlign w:val="center"/>
          </w:tcPr>
          <w:p w14:paraId="21909DE6" w14:textId="77777777" w:rsidR="00C2297F" w:rsidRDefault="00000000">
            <w:r>
              <w:lastRenderedPageBreak/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440642CB" w14:textId="77777777" w:rsidR="00C2297F" w:rsidRDefault="00C2297F"/>
        </w:tc>
      </w:tr>
      <w:tr w:rsidR="00C2297F" w14:paraId="79D47B74" w14:textId="77777777">
        <w:trPr>
          <w:jc w:val="center"/>
        </w:trPr>
        <w:tc>
          <w:tcPr>
            <w:tcW w:w="2664" w:type="dxa"/>
            <w:vAlign w:val="center"/>
          </w:tcPr>
          <w:p w14:paraId="2944CB9E" w14:textId="77777777" w:rsidR="00C2297F" w:rsidRDefault="00000000">
            <w:r>
              <w:t>4. Device exterior</w:t>
            </w:r>
          </w:p>
        </w:tc>
        <w:tc>
          <w:tcPr>
            <w:tcW w:w="2664" w:type="dxa"/>
            <w:vAlign w:val="center"/>
          </w:tcPr>
          <w:p w14:paraId="4F4437B3" w14:textId="77777777" w:rsidR="00C2297F" w:rsidRDefault="00000000">
            <w:r>
              <w:t>Wipe the exterior of the device with a dry cloth.</w:t>
            </w:r>
          </w:p>
        </w:tc>
        <w:tc>
          <w:tcPr>
            <w:tcW w:w="2664" w:type="dxa"/>
            <w:vAlign w:val="center"/>
          </w:tcPr>
          <w:p w14:paraId="0719BCED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01717CFC" w14:textId="77777777" w:rsidR="00C2297F" w:rsidRDefault="00C2297F"/>
        </w:tc>
      </w:tr>
      <w:tr w:rsidR="00C2297F" w14:paraId="33A93308" w14:textId="77777777">
        <w:trPr>
          <w:jc w:val="center"/>
        </w:trPr>
        <w:tc>
          <w:tcPr>
            <w:tcW w:w="2664" w:type="dxa"/>
            <w:vAlign w:val="center"/>
          </w:tcPr>
          <w:p w14:paraId="6790FBEA" w14:textId="77777777" w:rsidR="00C2297F" w:rsidRDefault="00000000">
            <w:r>
              <w:t>5. Mask / headgear</w:t>
            </w:r>
          </w:p>
        </w:tc>
        <w:tc>
          <w:tcPr>
            <w:tcW w:w="2664" w:type="dxa"/>
            <w:vAlign w:val="center"/>
          </w:tcPr>
          <w:p w14:paraId="401D1F18" w14:textId="77777777" w:rsidR="00C2297F" w:rsidRDefault="00000000">
            <w:r>
              <w:t>Clean and inspect according to the specific mask manufacturer's user guide.</w:t>
            </w:r>
          </w:p>
        </w:tc>
        <w:tc>
          <w:tcPr>
            <w:tcW w:w="2664" w:type="dxa"/>
            <w:vAlign w:val="center"/>
          </w:tcPr>
          <w:p w14:paraId="383EA274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55EB0199" w14:textId="77777777" w:rsidR="00C2297F" w:rsidRDefault="00C2297F"/>
        </w:tc>
      </w:tr>
    </w:tbl>
    <w:p w14:paraId="7D179BAF" w14:textId="77777777" w:rsidR="00C2297F" w:rsidRDefault="00000000">
      <w:pPr>
        <w:spacing w:before="140" w:after="60"/>
      </w:pPr>
      <w:r>
        <w:rPr>
          <w:b/>
          <w:sz w:val="22"/>
        </w:rPr>
        <w:t>REGULAR INSPECTION — ResMed recommends regular checks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C2297F" w14:paraId="61D9B4E9" w14:textId="77777777">
        <w:trPr>
          <w:jc w:val="center"/>
        </w:trPr>
        <w:tc>
          <w:tcPr>
            <w:tcW w:w="2664" w:type="dxa"/>
          </w:tcPr>
          <w:p w14:paraId="0DBC8A5A" w14:textId="77777777" w:rsidR="00C2297F" w:rsidRDefault="00000000">
            <w:r>
              <w:rPr>
                <w:b/>
              </w:rPr>
              <w:t>Check</w:t>
            </w:r>
          </w:p>
        </w:tc>
        <w:tc>
          <w:tcPr>
            <w:tcW w:w="2664" w:type="dxa"/>
          </w:tcPr>
          <w:p w14:paraId="15146940" w14:textId="77777777" w:rsidR="00C2297F" w:rsidRDefault="00000000">
            <w:r>
              <w:rPr>
                <w:b/>
              </w:rPr>
              <w:t>Action required</w:t>
            </w:r>
          </w:p>
        </w:tc>
        <w:tc>
          <w:tcPr>
            <w:tcW w:w="2664" w:type="dxa"/>
          </w:tcPr>
          <w:p w14:paraId="4B168BD3" w14:textId="77777777" w:rsidR="00C2297F" w:rsidRDefault="00000000">
            <w:r>
              <w:rPr>
                <w:b/>
              </w:rPr>
              <w:t>✓ / ✗</w:t>
            </w:r>
          </w:p>
        </w:tc>
        <w:tc>
          <w:tcPr>
            <w:tcW w:w="2664" w:type="dxa"/>
          </w:tcPr>
          <w:p w14:paraId="3AFEF3BF" w14:textId="77777777" w:rsidR="00C2297F" w:rsidRDefault="00000000">
            <w:r>
              <w:rPr>
                <w:b/>
              </w:rPr>
              <w:t>Initials / comments</w:t>
            </w:r>
          </w:p>
        </w:tc>
      </w:tr>
      <w:tr w:rsidR="00C2297F" w14:paraId="0A3AEBB4" w14:textId="77777777">
        <w:trPr>
          <w:jc w:val="center"/>
        </w:trPr>
        <w:tc>
          <w:tcPr>
            <w:tcW w:w="2664" w:type="dxa"/>
            <w:vAlign w:val="center"/>
          </w:tcPr>
          <w:p w14:paraId="77FE3644" w14:textId="77777777" w:rsidR="00C2297F" w:rsidRDefault="00000000">
            <w:r>
              <w:t>1. Humidifier tub</w:t>
            </w:r>
          </w:p>
        </w:tc>
        <w:tc>
          <w:tcPr>
            <w:tcW w:w="2664" w:type="dxa"/>
            <w:vAlign w:val="center"/>
          </w:tcPr>
          <w:p w14:paraId="6E74D6EC" w14:textId="77777777" w:rsidR="00C2297F" w:rsidRDefault="00000000">
            <w:r>
              <w:t>Replace if leaking, cracked, cloudy or pitted, or if the seal is cracked/torn. Remove white deposits with 1 part household vinegar to 9 parts water, then rinse.</w:t>
            </w:r>
          </w:p>
        </w:tc>
        <w:tc>
          <w:tcPr>
            <w:tcW w:w="2664" w:type="dxa"/>
            <w:vAlign w:val="center"/>
          </w:tcPr>
          <w:p w14:paraId="1365FE1E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4AD28B68" w14:textId="77777777" w:rsidR="00C2297F" w:rsidRDefault="00C2297F"/>
        </w:tc>
      </w:tr>
      <w:tr w:rsidR="00C2297F" w14:paraId="24A570DB" w14:textId="77777777">
        <w:trPr>
          <w:jc w:val="center"/>
        </w:trPr>
        <w:tc>
          <w:tcPr>
            <w:tcW w:w="2664" w:type="dxa"/>
            <w:vAlign w:val="center"/>
          </w:tcPr>
          <w:p w14:paraId="1171007B" w14:textId="77777777" w:rsidR="00C2297F" w:rsidRDefault="00000000">
            <w:r>
              <w:t>2. Air tubing</w:t>
            </w:r>
          </w:p>
        </w:tc>
        <w:tc>
          <w:tcPr>
            <w:tcW w:w="2664" w:type="dxa"/>
            <w:vAlign w:val="center"/>
          </w:tcPr>
          <w:p w14:paraId="372C28FB" w14:textId="77777777" w:rsidR="00C2297F" w:rsidRDefault="00000000">
            <w:r>
              <w:t>Replace if there are holes, tears or cracks.</w:t>
            </w:r>
          </w:p>
        </w:tc>
        <w:tc>
          <w:tcPr>
            <w:tcW w:w="2664" w:type="dxa"/>
            <w:vAlign w:val="center"/>
          </w:tcPr>
          <w:p w14:paraId="342CE4CC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3952481E" w14:textId="77777777" w:rsidR="00C2297F" w:rsidRDefault="00C2297F"/>
        </w:tc>
      </w:tr>
      <w:tr w:rsidR="00C2297F" w14:paraId="4C2BF1B4" w14:textId="77777777">
        <w:trPr>
          <w:jc w:val="center"/>
        </w:trPr>
        <w:tc>
          <w:tcPr>
            <w:tcW w:w="2664" w:type="dxa"/>
            <w:vAlign w:val="center"/>
          </w:tcPr>
          <w:p w14:paraId="79E73FBF" w14:textId="77777777" w:rsidR="00C2297F" w:rsidRDefault="00000000">
            <w:r>
              <w:t>3. Air filter</w:t>
            </w:r>
          </w:p>
        </w:tc>
        <w:tc>
          <w:tcPr>
            <w:tcW w:w="2664" w:type="dxa"/>
            <w:vAlign w:val="center"/>
          </w:tcPr>
          <w:p w14:paraId="37857973" w14:textId="77777777" w:rsidR="00C2297F" w:rsidRDefault="00000000">
            <w:r>
              <w:t>Inspect for holes, dirt or dust blockage. The filter is not washable or reusable.</w:t>
            </w:r>
          </w:p>
        </w:tc>
        <w:tc>
          <w:tcPr>
            <w:tcW w:w="2664" w:type="dxa"/>
            <w:vAlign w:val="center"/>
          </w:tcPr>
          <w:p w14:paraId="1690FC62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532EF9A4" w14:textId="77777777" w:rsidR="00C2297F" w:rsidRDefault="00C2297F"/>
        </w:tc>
      </w:tr>
      <w:tr w:rsidR="00C2297F" w14:paraId="5D7A76FA" w14:textId="77777777">
        <w:trPr>
          <w:jc w:val="center"/>
        </w:trPr>
        <w:tc>
          <w:tcPr>
            <w:tcW w:w="2664" w:type="dxa"/>
            <w:vAlign w:val="center"/>
          </w:tcPr>
          <w:p w14:paraId="4CE45A29" w14:textId="77777777" w:rsidR="00C2297F" w:rsidRDefault="00000000">
            <w:r>
              <w:t>4. Device performance</w:t>
            </w:r>
          </w:p>
        </w:tc>
        <w:tc>
          <w:tcPr>
            <w:tcW w:w="2664" w:type="dxa"/>
            <w:vAlign w:val="center"/>
          </w:tcPr>
          <w:p w14:paraId="6F63B394" w14:textId="77777777" w:rsidR="00C2297F" w:rsidRDefault="00000000">
            <w:r>
              <w:t>Stop use and escalate if the device is damaged, does not perform as usual, or makes unusual sounds.</w:t>
            </w:r>
          </w:p>
        </w:tc>
        <w:tc>
          <w:tcPr>
            <w:tcW w:w="2664" w:type="dxa"/>
            <w:vAlign w:val="center"/>
          </w:tcPr>
          <w:p w14:paraId="5EED290E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4B4CD454" w14:textId="77777777" w:rsidR="00C2297F" w:rsidRDefault="00C2297F"/>
        </w:tc>
      </w:tr>
      <w:tr w:rsidR="00C2297F" w14:paraId="6C01A6F9" w14:textId="77777777">
        <w:trPr>
          <w:jc w:val="center"/>
        </w:trPr>
        <w:tc>
          <w:tcPr>
            <w:tcW w:w="2664" w:type="dxa"/>
            <w:vAlign w:val="center"/>
          </w:tcPr>
          <w:p w14:paraId="3E333434" w14:textId="77777777" w:rsidR="00C2297F" w:rsidRDefault="00000000">
            <w:r>
              <w:t>5. Bacterial/viral filter, if fitted</w:t>
            </w:r>
          </w:p>
        </w:tc>
        <w:tc>
          <w:tcPr>
            <w:tcW w:w="2664" w:type="dxa"/>
            <w:vAlign w:val="center"/>
          </w:tcPr>
          <w:p w14:paraId="4D66917F" w14:textId="77777777" w:rsidR="00C2297F" w:rsidRDefault="00000000">
            <w:r>
              <w:t>Regularly check for moisture or contamination; follow local policy and manufacturer instructions.</w:t>
            </w:r>
          </w:p>
        </w:tc>
        <w:tc>
          <w:tcPr>
            <w:tcW w:w="2664" w:type="dxa"/>
            <w:vAlign w:val="center"/>
          </w:tcPr>
          <w:p w14:paraId="72E89079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5EFB5BE7" w14:textId="77777777" w:rsidR="00C2297F" w:rsidRDefault="00C2297F"/>
        </w:tc>
      </w:tr>
    </w:tbl>
    <w:p w14:paraId="166F9A8B" w14:textId="77777777" w:rsidR="00C2297F" w:rsidRDefault="00000000">
      <w:pPr>
        <w:spacing w:before="140" w:after="60"/>
      </w:pPr>
      <w:r>
        <w:rPr>
          <w:b/>
          <w:sz w:val="22"/>
        </w:rPr>
        <w:t>MONTHLY FACILITY REVIEW — local governance check (not a separate ResMed monthly cleaning requirement)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C2297F" w14:paraId="4D1B939B" w14:textId="77777777">
        <w:trPr>
          <w:jc w:val="center"/>
        </w:trPr>
        <w:tc>
          <w:tcPr>
            <w:tcW w:w="2664" w:type="dxa"/>
          </w:tcPr>
          <w:p w14:paraId="5288722E" w14:textId="77777777" w:rsidR="00C2297F" w:rsidRDefault="00000000">
            <w:r>
              <w:rPr>
                <w:b/>
              </w:rPr>
              <w:t>Check</w:t>
            </w:r>
          </w:p>
        </w:tc>
        <w:tc>
          <w:tcPr>
            <w:tcW w:w="2664" w:type="dxa"/>
          </w:tcPr>
          <w:p w14:paraId="57912494" w14:textId="77777777" w:rsidR="00C2297F" w:rsidRDefault="00000000">
            <w:r>
              <w:rPr>
                <w:b/>
              </w:rPr>
              <w:t>Action required</w:t>
            </w:r>
          </w:p>
        </w:tc>
        <w:tc>
          <w:tcPr>
            <w:tcW w:w="2664" w:type="dxa"/>
          </w:tcPr>
          <w:p w14:paraId="763521BF" w14:textId="77777777" w:rsidR="00C2297F" w:rsidRDefault="00000000">
            <w:r>
              <w:rPr>
                <w:b/>
              </w:rPr>
              <w:t>✓ / ✗</w:t>
            </w:r>
          </w:p>
        </w:tc>
        <w:tc>
          <w:tcPr>
            <w:tcW w:w="2664" w:type="dxa"/>
          </w:tcPr>
          <w:p w14:paraId="6F5C9060" w14:textId="77777777" w:rsidR="00C2297F" w:rsidRDefault="00000000">
            <w:r>
              <w:rPr>
                <w:b/>
              </w:rPr>
              <w:t>Initials / comments</w:t>
            </w:r>
          </w:p>
        </w:tc>
      </w:tr>
      <w:tr w:rsidR="00C2297F" w14:paraId="21F68130" w14:textId="77777777">
        <w:trPr>
          <w:jc w:val="center"/>
        </w:trPr>
        <w:tc>
          <w:tcPr>
            <w:tcW w:w="2664" w:type="dxa"/>
            <w:vAlign w:val="center"/>
          </w:tcPr>
          <w:p w14:paraId="35FA8E55" w14:textId="77777777" w:rsidR="00C2297F" w:rsidRDefault="00000000">
            <w:r>
              <w:t>1. Records</w:t>
            </w:r>
          </w:p>
        </w:tc>
        <w:tc>
          <w:tcPr>
            <w:tcW w:w="2664" w:type="dxa"/>
            <w:vAlign w:val="center"/>
          </w:tcPr>
          <w:p w14:paraId="6833115E" w14:textId="77777777" w:rsidR="00C2297F" w:rsidRDefault="00000000">
            <w:r>
              <w:t>Confirm daily/weekly checks are being completed and documented.</w:t>
            </w:r>
          </w:p>
        </w:tc>
        <w:tc>
          <w:tcPr>
            <w:tcW w:w="2664" w:type="dxa"/>
            <w:vAlign w:val="center"/>
          </w:tcPr>
          <w:p w14:paraId="0A2E2FB9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28E98741" w14:textId="77777777" w:rsidR="00C2297F" w:rsidRDefault="00C2297F"/>
        </w:tc>
      </w:tr>
      <w:tr w:rsidR="00C2297F" w14:paraId="3B797FF0" w14:textId="77777777">
        <w:trPr>
          <w:jc w:val="center"/>
        </w:trPr>
        <w:tc>
          <w:tcPr>
            <w:tcW w:w="2664" w:type="dxa"/>
            <w:vAlign w:val="center"/>
          </w:tcPr>
          <w:p w14:paraId="08C6C73D" w14:textId="77777777" w:rsidR="00C2297F" w:rsidRDefault="00000000">
            <w:r>
              <w:t>2. Supplies</w:t>
            </w:r>
          </w:p>
        </w:tc>
        <w:tc>
          <w:tcPr>
            <w:tcW w:w="2664" w:type="dxa"/>
            <w:vAlign w:val="center"/>
          </w:tcPr>
          <w:p w14:paraId="4CD6167F" w14:textId="77777777" w:rsidR="00C2297F" w:rsidRDefault="00000000">
            <w:r>
              <w:t>Confirm spare filter and required cleaning/replacement supplies are available.</w:t>
            </w:r>
          </w:p>
        </w:tc>
        <w:tc>
          <w:tcPr>
            <w:tcW w:w="2664" w:type="dxa"/>
            <w:vAlign w:val="center"/>
          </w:tcPr>
          <w:p w14:paraId="4C29EDD6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7F961390" w14:textId="77777777" w:rsidR="00C2297F" w:rsidRDefault="00C2297F"/>
        </w:tc>
      </w:tr>
      <w:tr w:rsidR="00C2297F" w14:paraId="4AD1A9B0" w14:textId="77777777">
        <w:trPr>
          <w:jc w:val="center"/>
        </w:trPr>
        <w:tc>
          <w:tcPr>
            <w:tcW w:w="2664" w:type="dxa"/>
            <w:vAlign w:val="center"/>
          </w:tcPr>
          <w:p w14:paraId="3F2DE0FF" w14:textId="77777777" w:rsidR="00C2297F" w:rsidRDefault="00000000">
            <w:r>
              <w:t>3. Prescription / care plan</w:t>
            </w:r>
          </w:p>
        </w:tc>
        <w:tc>
          <w:tcPr>
            <w:tcW w:w="2664" w:type="dxa"/>
            <w:vAlign w:val="center"/>
          </w:tcPr>
          <w:p w14:paraId="5E1D6310" w14:textId="77777777" w:rsidR="00C2297F" w:rsidRDefault="00000000">
            <w:r>
              <w:t>Confirm current prescribed therapy and escalation plan are available to staff.</w:t>
            </w:r>
          </w:p>
        </w:tc>
        <w:tc>
          <w:tcPr>
            <w:tcW w:w="2664" w:type="dxa"/>
            <w:vAlign w:val="center"/>
          </w:tcPr>
          <w:p w14:paraId="286E4125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28C5E43C" w14:textId="77777777" w:rsidR="00C2297F" w:rsidRDefault="00C2297F"/>
        </w:tc>
      </w:tr>
      <w:tr w:rsidR="00C2297F" w14:paraId="4CEAC357" w14:textId="77777777">
        <w:trPr>
          <w:jc w:val="center"/>
        </w:trPr>
        <w:tc>
          <w:tcPr>
            <w:tcW w:w="2664" w:type="dxa"/>
            <w:vAlign w:val="center"/>
          </w:tcPr>
          <w:p w14:paraId="6867A13F" w14:textId="77777777" w:rsidR="00C2297F" w:rsidRDefault="00000000">
            <w:r>
              <w:t>4. Equipment review</w:t>
            </w:r>
          </w:p>
        </w:tc>
        <w:tc>
          <w:tcPr>
            <w:tcW w:w="2664" w:type="dxa"/>
            <w:vAlign w:val="center"/>
          </w:tcPr>
          <w:p w14:paraId="6AA1E5B2" w14:textId="77777777" w:rsidR="00C2297F" w:rsidRDefault="00000000">
            <w:r>
              <w:t>Review recurring leaks, alarms, skin issues, condensation, damage or tolerance problems and escalate as required.</w:t>
            </w:r>
          </w:p>
        </w:tc>
        <w:tc>
          <w:tcPr>
            <w:tcW w:w="2664" w:type="dxa"/>
            <w:vAlign w:val="center"/>
          </w:tcPr>
          <w:p w14:paraId="5FF5C883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731A242D" w14:textId="77777777" w:rsidR="00C2297F" w:rsidRDefault="00C2297F"/>
        </w:tc>
      </w:tr>
    </w:tbl>
    <w:p w14:paraId="6554B725" w14:textId="77777777" w:rsidR="00C2297F" w:rsidRDefault="00000000">
      <w:pPr>
        <w:spacing w:before="140" w:after="60"/>
      </w:pPr>
      <w:r>
        <w:rPr>
          <w:b/>
          <w:sz w:val="22"/>
        </w:rPr>
        <w:t>EVERY 6 MONTHS — ResMed air-filter replacement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C2297F" w14:paraId="0DE7328E" w14:textId="77777777">
        <w:trPr>
          <w:jc w:val="center"/>
        </w:trPr>
        <w:tc>
          <w:tcPr>
            <w:tcW w:w="2664" w:type="dxa"/>
          </w:tcPr>
          <w:p w14:paraId="7E02FEC6" w14:textId="77777777" w:rsidR="00C2297F" w:rsidRDefault="00000000">
            <w:r>
              <w:rPr>
                <w:b/>
              </w:rPr>
              <w:t>Check</w:t>
            </w:r>
          </w:p>
        </w:tc>
        <w:tc>
          <w:tcPr>
            <w:tcW w:w="2664" w:type="dxa"/>
          </w:tcPr>
          <w:p w14:paraId="53F4E731" w14:textId="77777777" w:rsidR="00C2297F" w:rsidRDefault="00000000">
            <w:r>
              <w:rPr>
                <w:b/>
              </w:rPr>
              <w:t>Action required</w:t>
            </w:r>
          </w:p>
        </w:tc>
        <w:tc>
          <w:tcPr>
            <w:tcW w:w="2664" w:type="dxa"/>
          </w:tcPr>
          <w:p w14:paraId="755626FA" w14:textId="77777777" w:rsidR="00C2297F" w:rsidRDefault="00000000">
            <w:r>
              <w:rPr>
                <w:b/>
              </w:rPr>
              <w:t>✓ / ✗</w:t>
            </w:r>
          </w:p>
        </w:tc>
        <w:tc>
          <w:tcPr>
            <w:tcW w:w="2664" w:type="dxa"/>
          </w:tcPr>
          <w:p w14:paraId="05223F68" w14:textId="77777777" w:rsidR="00C2297F" w:rsidRDefault="00000000">
            <w:r>
              <w:rPr>
                <w:b/>
              </w:rPr>
              <w:t>Initials / comments</w:t>
            </w:r>
          </w:p>
        </w:tc>
      </w:tr>
      <w:tr w:rsidR="00C2297F" w14:paraId="0790C424" w14:textId="77777777">
        <w:trPr>
          <w:jc w:val="center"/>
        </w:trPr>
        <w:tc>
          <w:tcPr>
            <w:tcW w:w="2664" w:type="dxa"/>
            <w:vAlign w:val="center"/>
          </w:tcPr>
          <w:p w14:paraId="798B26C8" w14:textId="77777777" w:rsidR="00C2297F" w:rsidRDefault="00000000">
            <w:r>
              <w:t>1. Replace air filter</w:t>
            </w:r>
          </w:p>
        </w:tc>
        <w:tc>
          <w:tcPr>
            <w:tcW w:w="2664" w:type="dxa"/>
            <w:vAlign w:val="center"/>
          </w:tcPr>
          <w:p w14:paraId="6A5BC582" w14:textId="77777777" w:rsidR="00C2297F" w:rsidRDefault="00000000">
            <w:r>
              <w:t>Replace the AirCurve 11 air filter every 6 months, or sooner if it has holes or is blocked by dirt/dust. Do not wash or reuse it.</w:t>
            </w:r>
          </w:p>
        </w:tc>
        <w:tc>
          <w:tcPr>
            <w:tcW w:w="2664" w:type="dxa"/>
            <w:vAlign w:val="center"/>
          </w:tcPr>
          <w:p w14:paraId="5DB4F9FF" w14:textId="77777777" w:rsidR="00C2297F" w:rsidRDefault="00000000">
            <w:r>
              <w:t>☐ Pass</w:t>
            </w:r>
            <w:r>
              <w:br/>
              <w:t>☐ Fail</w:t>
            </w:r>
          </w:p>
        </w:tc>
        <w:tc>
          <w:tcPr>
            <w:tcW w:w="2664" w:type="dxa"/>
            <w:vAlign w:val="center"/>
          </w:tcPr>
          <w:p w14:paraId="02E78973" w14:textId="77777777" w:rsidR="00C2297F" w:rsidRDefault="00C2297F"/>
        </w:tc>
      </w:tr>
    </w:tbl>
    <w:p w14:paraId="57C157DF" w14:textId="77777777" w:rsidR="00C2297F" w:rsidRDefault="00000000">
      <w:pPr>
        <w:spacing w:before="140" w:after="60"/>
      </w:pPr>
      <w:r>
        <w:rPr>
          <w:b/>
          <w:sz w:val="22"/>
        </w:rPr>
        <w:t>FAULT / ESCALATION RECORD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6223"/>
      </w:tblGrid>
      <w:tr w:rsidR="00C2297F" w14:paraId="7477143C" w14:textId="77777777">
        <w:tc>
          <w:tcPr>
            <w:tcW w:w="5328" w:type="dxa"/>
          </w:tcPr>
          <w:p w14:paraId="2F54D8B9" w14:textId="77777777" w:rsidR="00C2297F" w:rsidRDefault="00000000">
            <w:r>
              <w:rPr>
                <w:b/>
              </w:rPr>
              <w:t>Fault / concern:</w:t>
            </w:r>
          </w:p>
        </w:tc>
        <w:tc>
          <w:tcPr>
            <w:tcW w:w="5328" w:type="dxa"/>
          </w:tcPr>
          <w:p w14:paraId="650B1024" w14:textId="77777777" w:rsidR="00C2297F" w:rsidRDefault="00000000">
            <w:r>
              <w:t>____________________________________________________________</w:t>
            </w:r>
          </w:p>
        </w:tc>
      </w:tr>
      <w:tr w:rsidR="00C2297F" w14:paraId="5A063C75" w14:textId="77777777">
        <w:tc>
          <w:tcPr>
            <w:tcW w:w="5328" w:type="dxa"/>
          </w:tcPr>
          <w:p w14:paraId="175035DD" w14:textId="77777777" w:rsidR="00C2297F" w:rsidRDefault="00000000">
            <w:r>
              <w:rPr>
                <w:b/>
              </w:rPr>
              <w:t>Action taken / escalated to:</w:t>
            </w:r>
          </w:p>
        </w:tc>
        <w:tc>
          <w:tcPr>
            <w:tcW w:w="5328" w:type="dxa"/>
          </w:tcPr>
          <w:p w14:paraId="7B2F20B2" w14:textId="77777777" w:rsidR="00C2297F" w:rsidRDefault="00000000">
            <w:r>
              <w:t>____________________________________________________________</w:t>
            </w:r>
          </w:p>
        </w:tc>
      </w:tr>
      <w:tr w:rsidR="00C2297F" w14:paraId="750B8F87" w14:textId="77777777">
        <w:tc>
          <w:tcPr>
            <w:tcW w:w="5328" w:type="dxa"/>
          </w:tcPr>
          <w:p w14:paraId="3C4A2EA5" w14:textId="77777777" w:rsidR="00C2297F" w:rsidRDefault="00000000">
            <w:r>
              <w:rPr>
                <w:b/>
              </w:rPr>
              <w:t>Staff signature / time:</w:t>
            </w:r>
          </w:p>
        </w:tc>
        <w:tc>
          <w:tcPr>
            <w:tcW w:w="5328" w:type="dxa"/>
          </w:tcPr>
          <w:p w14:paraId="04EC3721" w14:textId="77777777" w:rsidR="00C2297F" w:rsidRDefault="00000000">
            <w:r>
              <w:t>____________________________________________________________</w:t>
            </w:r>
          </w:p>
        </w:tc>
      </w:tr>
    </w:tbl>
    <w:p w14:paraId="578E2421" w14:textId="77777777" w:rsidR="00C2297F" w:rsidRDefault="00000000">
      <w:pPr>
        <w:jc w:val="center"/>
      </w:pPr>
      <w:r>
        <w:rPr>
          <w:i/>
          <w:sz w:val="15"/>
        </w:rPr>
        <w:t>Training/staff aid: use with the individual care plan, local infection-prevention policy, the mask instructions and the current ResMed AirCurve 11 user/clinical guidance. For multi-patient reuse, follow the applicable ResMed reprocessing instructions.</w:t>
      </w:r>
    </w:p>
    <w:sectPr w:rsidR="00C2297F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6030244">
    <w:abstractNumId w:val="8"/>
  </w:num>
  <w:num w:numId="2" w16cid:durableId="1443067693">
    <w:abstractNumId w:val="6"/>
  </w:num>
  <w:num w:numId="3" w16cid:durableId="1511211744">
    <w:abstractNumId w:val="5"/>
  </w:num>
  <w:num w:numId="4" w16cid:durableId="492723891">
    <w:abstractNumId w:val="4"/>
  </w:num>
  <w:num w:numId="5" w16cid:durableId="1158375800">
    <w:abstractNumId w:val="7"/>
  </w:num>
  <w:num w:numId="6" w16cid:durableId="2073624901">
    <w:abstractNumId w:val="3"/>
  </w:num>
  <w:num w:numId="7" w16cid:durableId="817653587">
    <w:abstractNumId w:val="2"/>
  </w:num>
  <w:num w:numId="8" w16cid:durableId="151718704">
    <w:abstractNumId w:val="1"/>
  </w:num>
  <w:num w:numId="9" w16cid:durableId="18453175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FDE"/>
    <w:rsid w:val="00034616"/>
    <w:rsid w:val="0006063C"/>
    <w:rsid w:val="0015074B"/>
    <w:rsid w:val="0029639D"/>
    <w:rsid w:val="00326F90"/>
    <w:rsid w:val="005A75EC"/>
    <w:rsid w:val="00AA1D8D"/>
    <w:rsid w:val="00B47730"/>
    <w:rsid w:val="00C2297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91ED52"/>
  <w14:defaultImageDpi w14:val="300"/>
  <w15:docId w15:val="{9C420CDD-EF1D-3945-A7ED-C5577ACC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663</Words>
  <Characters>3592</Characters>
  <Application>Microsoft Office Word</Application>
  <DocSecurity>0</DocSecurity>
  <Lines>224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Ross Mannion</cp:lastModifiedBy>
  <cp:revision>2</cp:revision>
  <dcterms:created xsi:type="dcterms:W3CDTF">2013-12-23T23:15:00Z</dcterms:created>
  <dcterms:modified xsi:type="dcterms:W3CDTF">2026-09-21T16:22:00Z</dcterms:modified>
  <cp:category/>
</cp:coreProperties>
</file>